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Discover the Best Video Editing Solution with VN Mod APK</w:t>
      </w:r>
    </w:p>
    <w:p>
      <w:pPr>
        <w:pStyle w:val="Heading2"/>
      </w:pPr>
      <w:r>
        <w:t>What is VN Mod APK?</w:t>
      </w:r>
    </w:p>
    <w:p>
      <w:r>
        <w:t>[VN Mod APK](https://vlogappnow.com) is a feature-packed video editing application tailored for video editors and content creators who seek professional-grade tools that are easy to use. This platform redefines the video editing experience, offering a perfect blend of simplicity and advanced functionality.</w:t>
      </w:r>
    </w:p>
    <w:p>
      <w:pPr>
        <w:pStyle w:val="Heading2"/>
      </w:pPr>
      <w:r>
        <w:t>Why Choose VN Mod APK?</w:t>
      </w:r>
    </w:p>
    <w:p>
      <w:r>
        <w:t>Whether you're a seasoned video editor or just starting your content creation journey, VN Mod APK caters to everyone with its rich features and intuitive interface. Here are some compelling reasons to choose VN Mod APK:</w:t>
      </w:r>
    </w:p>
    <w:p>
      <w:r>
        <w:t>- **User-Friendly Interface:** Designed to provide a seamless editing experience, even for beginners.</w:t>
      </w:r>
    </w:p>
    <w:p>
      <w:r>
        <w:t>- **Powerful Editing Tools:** Includes trimming, cutting, merging, and speed adjustment options.</w:t>
      </w:r>
    </w:p>
    <w:p>
      <w:r>
        <w:t>- **High-Quality Export:** Supports 4K resolution exports without compromising quality.</w:t>
      </w:r>
    </w:p>
    <w:p>
      <w:r>
        <w:t>- **Advanced Filters &amp; Effects:** Enhance your videos with creative filters, transitions, and effects.</w:t>
      </w:r>
    </w:p>
    <w:p>
      <w:r>
        <w:t>- **No Watermark:** Enjoy professional videos without any branding or watermarks.</w:t>
      </w:r>
    </w:p>
    <w:p>
      <w:r>
        <w:t>- **Multi-Layer Timeline:** Perfect for precise edits and adding text, audio, and images layers.</w:t>
      </w:r>
    </w:p>
    <w:p>
      <w:pPr>
        <w:pStyle w:val="Heading2"/>
      </w:pPr>
      <w:r>
        <w:t>Who Can Benefit from VN Mod APK?</w:t>
      </w:r>
    </w:p>
    <w:p>
      <w:r>
        <w:t>This application is perfect for:</w:t>
      </w:r>
    </w:p>
    <w:p>
      <w:r>
        <w:t>- **Content Creators:** Elevate your YouTube, Instagram, and TikTok videos.</w:t>
      </w:r>
    </w:p>
    <w:p>
      <w:r>
        <w:t>- **Video Editors:** A reliable companion for creating professional-grade content.</w:t>
      </w:r>
    </w:p>
    <w:p>
      <w:r>
        <w:t>- **Social Media Enthusiasts:** Craft eye-catching stories, reels, and more.</w:t>
      </w:r>
    </w:p>
    <w:p>
      <w:pPr>
        <w:pStyle w:val="Heading2"/>
      </w:pPr>
      <w:r>
        <w:t>Features of VN Video Editor</w:t>
      </w:r>
    </w:p>
    <w:p>
      <w:r>
        <w:t>1. **Comprehensive Toolset:** A full range of editing tools for precision and creativity.</w:t>
      </w:r>
    </w:p>
    <w:p>
      <w:r>
        <w:t>2. **Royalty-Free Music Library:** Access a vast collection of audio tracks to complement your videos.</w:t>
      </w:r>
    </w:p>
    <w:p>
      <w:r>
        <w:t>3. **Customizable Templates:** Save time with pre-made templates for various video styles.</w:t>
      </w:r>
    </w:p>
    <w:p>
      <w:r>
        <w:t>4. **Dynamic Text Effects:** Add captivating text animations to your projects.</w:t>
      </w:r>
    </w:p>
    <w:p>
      <w:r>
        <w:t>5. **Real-Time Preview:** Preview edits instantly without rendering.</w:t>
      </w:r>
    </w:p>
    <w:p>
      <w:pPr>
        <w:pStyle w:val="Heading2"/>
      </w:pPr>
      <w:r>
        <w:t>Why VlogAppNow.com?</w:t>
      </w:r>
    </w:p>
    <w:p>
      <w:r>
        <w:t>Our platform ensures you always have access to the latest version of VN Mod APK, along with detailed guides and resources to make the most of your editing journey. Here’s what sets us apart:</w:t>
      </w:r>
    </w:p>
    <w:p>
      <w:r>
        <w:t>- Regular updates for compatibility and performance.</w:t>
      </w:r>
    </w:p>
    <w:p>
      <w:r>
        <w:t>- Trusted source for secure downloads.</w:t>
      </w:r>
    </w:p>
    <w:p>
      <w:r>
        <w:t>- Dedicated support for troubleshooting and tips.</w:t>
      </w:r>
    </w:p>
    <w:p>
      <w:pPr>
        <w:pStyle w:val="Heading2"/>
      </w:pPr>
      <w:r>
        <w:t>Get Started Today!</w:t>
      </w:r>
    </w:p>
    <w:p>
      <w:r>
        <w:t>Are you ready to transform your video editing experience? Visit [VlogAppNow.com](https://vlogappnow.com) and download VN Mod APK to unlock your creative potential. Whether you’re editing short clips or creating cinematic masterpieces, VN Mod APK is the ultimate tool for your success.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